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נבחר המקום ליישוב ואיך התפתח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מההיסטוריה של היישוב הנשמרים עד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לראשית היישוב ולתושביו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בלי מים אי אפשר לחיות ולגדל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הפך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עץ ענק שנשתל לפני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איך מגלים את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חיפשו מקום עם מים ותנאים טובים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תושב ותיק גר במקום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ההתפתחות של היישוב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שגר במקום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(הפך לכביש כשהיישוב 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(סימן שנשאר מהימים הראשונים)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(משפחות עוזרות אחת לשנייה)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התייחסות לאדם שגר ביישוב הרבה מאוד שנים ויכול לספר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לקושי בהשגת מים, בבניית בתים, ולצורך בעזרה הדדית בין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המתייחסת לסימנים כמו עצים ישנים, שבילים שהפכו לכבישים, או סיפורים של תושבים ותיקים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שמים נחוצים לחיים ולגידול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אדם שגר במקום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יכולה לכלול עץ ותיק, שביל שהפך לכביש, או סיפור של תושב ותיק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על תושבים ותיקים שהתלמידים מכירים, כמו סבא או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סיפורים ששמעו על ראשית היישוב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למחשבה לפני הכתיבה, ואפשר לעבוד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סיפור ראשית היישוב - למה המייסדים בחרו במקום, איך החיים נראו בהתחלה, ומה נשאר מאותם ימים עד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המייסדים חיפשו מקום עם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לשחות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בלי מים אי אפשר לחיות ולגדל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אהבו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כל משפחה עזרה למשפחה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ביקשה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לשביל הצר כשהיישוב 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הפך לגינה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מהימים הראשונים אפשר למצוא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ענק שנשתל לפני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 פרסומת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מתאים לשים ככותרת לפסקה שמדברת על חיפוש מידע על 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מגלים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בחרו את המקום ליישוב באקראי, בלי שום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המשפחות ביישוב עזרו זו לזו כי לבד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הוא מישהו שעבר לגור ביישוב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היום סימנים מהימים הראשונים של היישוב, כמו עץ ענק.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השביל הצר שהיה פעם ביישוב הפך עם הזמן לכביש.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המייסדים חיפשו מקום עם __________ כי בלעדיהם אי אפשר לחיות.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המשפחות עזרו אחת לשנייה כי לבד היה __________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הצר שהיה פעם ביישוב הפך לכביש כשהיישוב גדל.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שגר ביישוב הרבה מאוד שנים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 שנשתל לפני שנים הוא סימן מהימים הראשונים.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שנשאר מהימים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משפחות עוזרות אחת לשנייה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שביל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שגר במקום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האנשים הראשונים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עזרה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הפך לכביש כשהיישוב גדל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מי הוא תושב ותיק.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בהתחלה החיים ביישוב היו קשים?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לראות היום שהיישוב היה פעם קטן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המייסדים חיפשו מקום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תושב ותיק?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מהימים הראשונים של היישוב שאפשר למצוא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