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נבחר המקום ליישוב ואיך התפתח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מההיסטוריה של היישוב הנשמרים עד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לראשית היישוב ולתושביו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בלי מים אי אפשר לחיות ולגדל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לבד היה קשה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הוא הפך לכביש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עץ ענק שנשתל לפני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איך מגלים את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חיפשו מקום עם מים ותנאים טובים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תושב ותיק גר במקום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ההתפתחות של היישוב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(אדם שגר במקום שנים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(האנשים הראשונים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(הפך לכביש כשהיישוב 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(סימן שנשאר מהימים הראשונים)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(משפחות עוזרות אחת לשנייה)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התייחסות לאדם שגר ביישוב הרבה מאוד שנים ויכול לספר על 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המתייחסת לקושי בהשגת מים, בבניית בתים, ולצורך בעזרה הדדית בין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המתייחסת לסימנים כמו עצים ישנים, שבילים שהפכו לכבישים, או סיפורים של תושבים ותיקים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להזכיר שמים נחוצים לחיים ולגידול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להזכיר אדם שגר במקום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יכולה לכלול עץ ותיק, שביל שהפך לכביש, או סיפור של תושב ותיק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על תושבים ותיקים שהתלמידים מכירים, כמו סבא או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סיפורים ששמעו על ראשית היישוב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למחשבה לפני הכתיבה, ואפשר לעבוד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תחילת היישוב. למה אנשים באו למקום הזה? איך הם חיו? מה נשאר מהימים ההם עד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מייסדים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הראשונים שהקימו את היישוב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תושב ותיק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שגר במקום הרבה מאוד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אנשים גרים ביחד, כמו כפר או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צרה להליכה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קבוצות אנשים שחיו בתקופות שונות, כמו סבא וסבתא, הורים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עזרה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עוזרים אחד לשני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היסטורי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שנשאר מהעבר ומספר לנו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היה חשוב למצוא מקום עם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לשחות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בלי מים אי אפשר לחיות ולגדל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אהבו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לדוג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המשפחות עזרו אחת לשנייה?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לבד היה קשה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קיבלו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ביקשה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לדרך הקטנה עם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הפך לנהר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הפך לגינה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נשאר מהעבר ואפשר לראות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טלפון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ענק שנשתל לפני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 פרסומת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כותרת מתאימה לפסקה על גילוי 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מגלים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המייסדים בחרו את המקום ליישוב באקראי, בלי שום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המשפחות ביישוב עזרו זו לזו כי לבד היה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תושב ותיק הוא מישהו שעבר לגור ביישוב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היום סימנים מהימים הראשונים של היישוב, כמו עץ ענק.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השביל הצר שהיה פעם ביישוב הפך עם הזמן לכביש.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המייסדים חיפשו מקום עם __________ כי בלעדיהם אי אפשר לחיות.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המשפחות עזרו אחת לשנייה כי לבד היה __________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הצר שהיה פעם ביישוב הפך לכביש כשהיישוב גדל.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אדם שגר ביישוב הרבה מאוד שנים נקרא תושב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__________ שנשתל לפני שנים הוא סימן מהימים הראשונים.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הפך לכביש כשהיישוב גדל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משפחות עוזרות אחת לשנייה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שביל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סימן שנשאר מהימים הראשונים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עץ 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האנשים הראשונים שהקימו את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עזרה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שגר במקום שנים 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מי הוא תושב ותיק.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בהתחלה החיים ביישוב היו קשים?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לראות היום שהיישוב היה פעם קטן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המייסדים חיפשו מקום עם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תושב ותיק?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לסימן מהימים הראשונים של היישוב שאפשר למצוא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