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נבחר המקום ליישוב ואיך התפתח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מההיסטוריה של היישוב הנשמרים עד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לראשית היישוב ולתושביו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בלי מים אי אפשר לחיות ולגדל צמחים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לבד היה קשה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הם חיפשו מקום עם מים ותנאים טובים לחיים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שגר במקום שנים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(האנשים הראשונים שהקימו את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(הפך לכביש כשהיישוב 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(סימן שנשאר מהימים הראשונים)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הכוללת התייחסות לאדם שגר ביישוב הרבה מאוד שנים ויכול לספר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המתייחסת לסימנים כמו עצים ישנים, שבילים שהפכו לכבישים, או סיפורים של תושבים ותיקים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להזכיר שמים נחוצים לחיים ולגידול 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להזכיר אדם שגר במקום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יכולה לכלול עץ ותיק, שביל שהפך לכביש, או סיפור של תושב ותיק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על תושבים ותיקים שהתלמידים מכירים, כמו סבא או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סיפורים ששמעו על ראשית היישוב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למחשבה לפני הכתיבה, ואפשר לעבוד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איך הכול התחיל?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סיפור ראשית היישוב - למה המייסדים בחרו במקום, איך החיים נראו בהתחלה, ומה נשאר מאותם ימים עד היום.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מים  ·  שביל  ·  קשה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המייסדים חיפשו מקום עם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לשחות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בלי מים אי אפשר לחיות ולגדל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אהבו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כל משפחה עזרה למשפחה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לבד היה קשה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קיבלו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היה משעמם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המייסדים בחרו את המקום ליישוב באקראי, בלי שום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בהתחלה המשפחות ביישוב עזרו זו לזו כי לבד היה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המייסדים חיפשו מקום עם __________ כי בלעדיהם אי אפשר לחיות.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המשפחות עזרו אחת לשנייה כי לבד היה __________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הצר שהיה פעם ביישוב הפך לכביש כשהיישוב גדל.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תושב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סימן שנשאר מהימים הראשונים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מייסדים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הפך לכביש כשהיישוב גדל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שביל 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 שגר במקום שנים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עץ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האנשים הראשונים שהקימו את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מי הוא תושב ותיק.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אפשר לראות היום שהיישוב היה פעם קטן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המייסדים חיפשו מקום עם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תושב ותיק?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איך הכול התחיל?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